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 همّت طائفتان منكم أن تفشلا-كتاب المغازي-صحيح البخاري — رقم الحديث: 4054 — الرقم الفرعي: 99 — الرقم الأصلي: 4054</w:t>
        <w:br/>
      </w:r>
      <w:r>
        <w:rPr>
          <w:rtl w:val="1"/>
        </w:rPr>
        <w:t xml:space="preserve"> حدثنا عبد العزيز بن عبد الله حدثنا إبراهيم بن سعد عن أبيه عن جدّه عن سعد بن أبي وقاص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يومَ أُحدٍ، ومَعَه رجلانِ يُقاتِلانِ عنه، عليهما ثِيابٌ بيضٌ، كأشدِّ القِتال، ما رأيتُهما قبلُ ولا بعدُ.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الأبيض - ألوان اللباس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 xml:space="preserve">الشرح: الدلالة: غزوة أحد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