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كان رسول الله صلى الله عليه وسلم،أحسن الناس خلقاً-كتاب الفضائل-صحيح مسلم — رقم الحديث: 2310 — الرقم الفرعي: 2 — الرقم الأصلي: 2310</w:t>
        <w:br/>
      </w:r>
      <w:r>
        <w:rPr>
          <w:rtl w:val="1"/>
        </w:rPr>
        <w:t xml:space="preserve"> وحدثنا شَيْبان بن فرّوخ و أبو الربيع قالا:حدثنا عبد الوارث عن أبي التَّيَّاح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رسولُ الله ﷺ أَحسَنَ النّاس خُلُقًا.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كان ﷺ أحسن الناس خلقًا - ما ورد في حسن خلق النبي ﷺ بعامة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