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قال:إذا صلّى ركعة،وثبت قائماً،أتموا لأنفسهم ركعة، ثم سلّموا،ثم انصرفوا،فكانوا وُجاه العدو،واختلف في السلام.-كتاب الصلاة-سنن أبي داود — رقم الحديث: 1239 — الرقم الفرعي: 99 — الرقم الأصلي: 1239</w:t>
        <w:br/>
      </w:r>
      <w:r>
        <w:rPr>
          <w:rtl w:val="1"/>
        </w:rPr>
        <w:t xml:space="preserve"> حدثنا القعنَبيّ عن مالك عن يحيى بن سعيد عن القاسم بن محمد عن صالح بن خَوّات الأنصاريّ أنّ سهل بن أبي حَثْمَة الأنصاريّ</w:t>
        <w:br/>
      </w:r>
      <w:r>
        <w:rPr>
          <w:color w:val="000000"/>
          <w:rtl w:val="1"/>
        </w:rPr>
        <w:t xml:space="preserve">حدّثه:  </w:t>
      </w:r>
      <w:r>
        <w:rPr>
          <w:color w:val="FF0000"/>
          <w:rtl w:val="1"/>
        </w:rPr>
        <w:t xml:space="preserve">أنَّ صَلاةَ الخوف: أن يَقومَ الإمامُ وطائفةٌ من أَصحابِه، وطائفةٌ مَواجهةُ العدُوّ،  </w:t>
      </w:r>
      <w:r>
        <w:rPr>
          <w:color w:val="FF0000"/>
          <w:rtl w:val="1"/>
        </w:rPr>
        <w:t xml:space="preserve">فيَركعُ الإمامُ رَكعةً، ويَسجدُ بالذين معه، ثم يقومُ،  </w:t>
      </w:r>
      <w:r>
        <w:rPr>
          <w:color w:val="FF0000"/>
          <w:rtl w:val="1"/>
        </w:rPr>
        <w:t xml:space="preserve">فإذا استَوى قائمًا ثَبَتَ قائمًا، وأتمُّوا لأنفُسِهم الرَّكعةَ الباقية، ثم سلَّموا وانصَرَفوا والإمامُ قائم، فكانوا وُجاهَ العدوِّ،  </w:t>
      </w:r>
      <w:r>
        <w:rPr>
          <w:color w:val="FF0000"/>
          <w:rtl w:val="1"/>
        </w:rPr>
        <w:t xml:space="preserve">ثم يُقبِلُ الآخَرونَ الَّذين لم يُصلُّوا، فيُكبِّروا وراءَ الإمام، فيَركعُ بهم ويَسجُد بهم، ثم يُسلِّم، فيَقومُون، فيَركَعونَ لأنفُسِهم الرَّكعةَ الباقية، ثم يُسلِّمون. </w:t>
      </w:r>
      <w:r>
        <w:rPr>
          <w:color w:val="000000"/>
          <w:rtl w:val="1"/>
        </w:rPr>
        <w:t xml:space="preserve">قال أبو داود: وأمَّا روايةُ يحيى بنِ سعيد عن القاسم نحو روايةِ يزيد بن رُومان، إلّا أنه خالفَه في السَّلام، وروايةُ يحيى بن سعيد قال: ويَثبت قائمًا.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