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26451 — الرقم الفرعي: 99 — الرقم الأصلي: 26451 — ج: 6 — ص: 286</w:t>
        <w:br/>
      </w:r>
      <w:r>
        <w:rPr>
          <w:rtl w:val="1"/>
        </w:rPr>
        <w:t xml:space="preserve"> حدثنا عبد الله حدثني أبي ثنا يزيد بن هارون قال: أخبرنا نافع بن عمر ملاحظة وهو الجمحيّ عن ابن أبي مليكة</w:t>
        <w:br/>
      </w:r>
      <w:r>
        <w:rPr>
          <w:color w:val="FF0000"/>
          <w:rtl w:val="1"/>
        </w:rPr>
        <w:t xml:space="preserve">أَنَّ بعضَ أَزواجِ النبيِّ ﷺ - ولا أَعلمُها إلا حفصة - سُئلت عن قِراءةِ رسول الله ﷺ،  </w:t>
      </w:r>
      <w:r>
        <w:rPr>
          <w:color w:val="FF0000"/>
          <w:rtl w:val="1"/>
        </w:rPr>
        <w:t xml:space="preserve">فقالت: إنكم لا تُطِيقونَها، قالت: ﴿الْحَمْدُ لِلَّهِ رَبِّ الْعَالَمِينَ﴾ تَعني التَّرتِيل.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 كان ﷺ يقرأ القرآن - قراءة النبي ﷺ للقرآن ومدارسته له وتعليمه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