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التسليم على الصبيان-كتاب الاستئذان-صحيح البخاري — رقم الحديث: 6247 — الرقم الفرعي: 99 — الرقم الأصلي: 6247</w:t>
        <w:br/>
      </w:r>
      <w:r>
        <w:rPr>
          <w:rtl w:val="1"/>
        </w:rPr>
        <w:t xml:space="preserve"> حدثنا عليّ بن الجعد أخبرنا شعبة عن سيّار عن ثابت البنانيّ عن أنس بن مالك رضي الله عنه</w:t>
        <w:br/>
      </w:r>
      <w:r>
        <w:rPr>
          <w:color w:val="FF0000"/>
          <w:rtl w:val="1"/>
        </w:rPr>
        <w:t xml:space="preserve">أنَّه مَرَّ على صِبْيانٍ فسَلَّمَ عليهم، وقال: كان النبيُّ ﷺ يَفعَلُه.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أهداف الإشاعة وأنواعها</w:t>
      </w:r>
    </w:p>
    <w:p>
      <w:pPr>
        <w:bidi w:val="1"/>
        <w:jc w:val="start"/>
      </w:pPr>
      <w:r>
        <w:rPr>
          <w:rtl w:val="1"/>
        </w:rPr>
        <w:t>الشرح: الدلالة: إفشاء السلام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الجلوس والمجالس والسلام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الضوابط الاجتماعية - قواعد الضبط الاجتماعي</w:t>
      </w:r>
    </w:p>
    <w:p>
      <w:pPr>
        <w:bidi w:val="1"/>
        <w:jc w:val="start"/>
      </w:pPr>
      <w:r>
        <w:rPr>
          <w:rtl w:val="1"/>
        </w:rPr>
        <w:t>الشرح: الدلالة: المظهر الاجتماعي - مظاهر التغير الاجتماعي وأشكاله</w:t>
      </w:r>
    </w:p>
    <w:p>
      <w:pPr>
        <w:bidi w:val="1"/>
        <w:jc w:val="start"/>
      </w:pPr>
      <w:r>
        <w:rPr>
          <w:rtl w:val="1"/>
        </w:rPr>
        <w:t>الشرح: الدلالة: إشاعة الأمن والسلام في المجتمع المسلم</w:t>
      </w:r>
    </w:p>
    <w:p>
      <w:pPr>
        <w:bidi w:val="1"/>
        <w:jc w:val="start"/>
      </w:pPr>
      <w:r>
        <w:rPr>
          <w:rtl w:val="1"/>
        </w:rPr>
        <w:t>الشرح: الدلالة: قيمة السلام على الصِّبيان - مظاهر قيمة إفشاء السلام</w:t>
      </w:r>
    </w:p>
    <w:p>
      <w:pPr>
        <w:bidi w:val="1"/>
        <w:jc w:val="start"/>
      </w:pPr>
      <w:r>
        <w:rPr>
          <w:rtl w:val="1"/>
        </w:rPr>
        <w:t>الشرح: الدلالة: آداب الطريق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قيمة التواضع في ملاطفة الصبيان ومخالطتهم وملاعبتهم وتحمل أذاهم - قيم التواضع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