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مات وعليه صومٌ-كتاب الصوم-صحيح البخاري — رقم الحديث: 1952 — الرقم الفرعي: 99 — الرقم الأصلي: 1952</w:t>
        <w:br/>
      </w:r>
      <w:r>
        <w:rPr>
          <w:rtl w:val="1"/>
        </w:rPr>
        <w:t xml:space="preserve"> حدثنا محمد بن خالد حدثنا محمد بن موسى بن أعين حدثنا أبي عن عمرو بن الحارث عن عبيدالله بن أبي جعفر أنّ محمد بن جعفر حدثه عن عروة عن عائشة رضي الله عنها</w:t>
        <w:br/>
      </w:r>
      <w:r>
        <w:rPr>
          <w:color w:val="FF0000"/>
          <w:rtl w:val="1"/>
        </w:rPr>
        <w:t xml:space="preserve">«مَن ماتَ وعليه صِيامٌ، صامَ عنه وَليُّه». </w:t>
      </w:r>
      <w:r>
        <w:rPr>
          <w:color w:val="000000"/>
          <w:rtl w:val="1"/>
        </w:rPr>
        <w:t xml:space="preserve">تابَعَه ابنُ وَهْب، عن عَمرٍو. </w:t>
      </w:r>
      <w:r>
        <w:rPr>
          <w:color w:val="000000"/>
          <w:rtl w:val="1"/>
        </w:rPr>
        <w:t xml:space="preserve">ورواه يحيى بنُ أيوبَ، عن ابنِ أبي جعفرٍ. </w:t>
      </w:r>
    </w:p>
    <w:p>
      <w:pPr>
        <w:bidi w:val="1"/>
        <w:jc w:val="start"/>
      </w:pPr>
      <w:r>
        <w:rPr>
          <w:rtl w:val="1"/>
        </w:rPr>
        <w:t>درجة الحديث: صحيح</w:t>
      </w:r>
    </w:p>
    <w:p>
      <w:pPr>
        <w:bidi w:val="1"/>
        <w:jc w:val="start"/>
      </w:pPr>
      <w:r>
        <w:rPr>
          <w:rtl w:val="1"/>
        </w:rPr>
        <w:t>الشرح: الدلالة: الصوم  عن الميت - عمل الحي للميت</w:t>
      </w:r>
    </w:p>
    <w:p>
      <w:pPr>
        <w:bidi w:val="1"/>
        <w:jc w:val="start"/>
      </w:pPr>
      <w:r>
        <w:rPr>
          <w:rtl w:val="1"/>
        </w:rPr>
        <w:t>الشرح: الدلالة: قضاء الصيام - القضاء والصيام عن الغير</w:t>
      </w:r>
    </w:p>
    <w:p>
      <w:pPr>
        <w:bidi w:val="1"/>
        <w:jc w:val="start"/>
      </w:pPr>
      <w:r>
        <w:rPr>
          <w:rtl w:val="1"/>
        </w:rPr>
        <w:t>الشرح: الدلالة: الصيام عن الغير - القضاء والصيام عن الغير</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دعاء المسلمين له وأعمالهم الصالحة عنه - المنجيات من عذاب القبر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