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الخزّ-كتاب اللباس-سنن أبي داود — رقم الحديث: 4039 — الرقم الفرعي: 99 — الرقم الأصلي: 4039</w:t>
        <w:br/>
      </w:r>
      <w:r>
        <w:rPr>
          <w:rtl w:val="1"/>
        </w:rPr>
        <w:t xml:space="preserve"> حدثنا عبد الوهاب بن نجدة ثنا بشر بن بكر عن عبد الرحمن بن يزيد بن جابر ثنا عطيّة بن قيس قال:سمعت عبد الرحمن بن غنم الأشعريّ قال:حدثني أبو عامر أو أبو مالك ملاحظة واللهِ يمينٌ أُخرى ما كذبني أنه سمع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«لَيَكونَنَّ مِن أُمَّتي أَقوامٌ يَستحِلُّونَ الخَزَّ والحرِيرَ - وذَكرَ كلامًا، قال: - يَمسَخُ منهم آخَرينَ قِرَدةً وخنازيرَ إلى يومِ القِيامة». </w:t>
      </w:r>
      <w:r>
        <w:rPr>
          <w:color w:val="000000"/>
          <w:rtl w:val="1"/>
        </w:rPr>
        <w:t xml:space="preserve">قال أَبو داود: عِشرونَ نَفْسًا من أَصحابِ رسول الله ﷺ أَقلَّ أَو أَكثرَ لَبِسُوا الخَزَّ.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الاعتدال في اللباس وعدم الإسراف - آداب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