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التسبيح للرجال في الصلاة،والتصفيق للنساء-كتاب إقامة الصلاة-سنن ابن ماجة — رقم الحديث: 1036 — الرقم الفرعي: 99 — الرقم الأصلي: 1036</w:t>
        <w:br/>
      </w:r>
      <w:r>
        <w:rPr>
          <w:rtl w:val="1"/>
        </w:rPr>
        <w:t xml:space="preserve"> حدثنا سويد بن سعيد ثنا يحيى بن سُلَيم عن إسماعيل بن أميّة و عُبيدالله عن نافع أنه كان يقول قال ابن عمر</w:t>
        <w:br/>
      </w:r>
      <w:r>
        <w:rPr>
          <w:color w:val="FF0000"/>
          <w:rtl w:val="1"/>
        </w:rPr>
        <w:t xml:space="preserve">رَخّصَ رسولُ الله ﷺ للنِّساءِ في التَّصفِيق، وللرِّجالِ في التّسبيح.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تصفيق النساء وتسبيح الرجال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