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9981 — الرقم الفرعي: 4 — الرقم الأصلي: 9981 — ج: 2 — ص: 464</w:t>
        <w:br/>
      </w:r>
      <w:r>
        <w:rPr>
          <w:rtl w:val="1"/>
        </w:rPr>
        <w:t xml:space="preserve"> حدثنا عبد الرحمن عن سفيان عن أبي الزناد عن الأعرج عن أبي هريرة عن النبي صلى الله عليه وسلم</w:t>
        <w:br/>
      </w:r>
      <w:r>
        <w:rPr>
          <w:color w:val="000000"/>
          <w:rtl w:val="1"/>
        </w:rPr>
        <w:t xml:space="preserve">«لَا يَقتْسِمُ وَرَثَتِي دِينَارًا، مَا تَرَكْتُ بَعْدَ نَفَقةِ نِسَائِي، وَمَئُونَةِ عَامِلي، فَإنَّهُ صَدَقَةٌ»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