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طول السجود في قيام الليل-كتاب الصلاة-صحيح البخاري — رقم الحديث: 1123 — الرقم الفرعي: 99 — الرقم الأصلي: 1123</w:t>
        <w:br/>
      </w:r>
      <w:r>
        <w:rPr>
          <w:rtl w:val="1"/>
        </w:rPr>
        <w:t xml:space="preserve"> حدثنا أبو اليمان قال: أخبرنا شعيب عن الزهريّ قال:أخبرني عروة أنّ عائشة رضي الله عنها</w:t>
        <w:br/>
      </w:r>
      <w:r>
        <w:rPr>
          <w:color w:val="000000"/>
          <w:rtl w:val="1"/>
        </w:rPr>
        <w:t xml:space="preserve">أخبَرتْه: أنَّ رسولَ الله ﷺ كان يُصلِّي إحدَى عَشْرةَ رَكْعةً، كانت تلكَ صلاتَه،  </w:t>
      </w:r>
      <w:r>
        <w:rPr>
          <w:color w:val="000000"/>
          <w:rtl w:val="1"/>
        </w:rPr>
        <w:t xml:space="preserve">يَسجُدُ السَّجْدةَ من ذلكَ قَدْرَ ما يَقرَأُ أحدُكم خمسينَ آيةً قبلَ أنْ يَرْفَعَ رأسَه،  </w:t>
      </w:r>
      <w:r>
        <w:rPr>
          <w:color w:val="000000"/>
          <w:rtl w:val="1"/>
        </w:rPr>
        <w:t xml:space="preserve">ويَرْكَعُ رَكْعتَينِ قبلَ صلاةِ الفجرِ، ثمَّ يَضْطَجِعُ على شِقِّه الأيمَنِ حتَّى يأتيَه المنادِي للصلاةِ.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