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الفضل في الصلاة على النبيّ صلى الله عليه وسلم-كتاب السهو-سنن النسائي — رقم الحديث: 1297 — الرقم الفرعي: 99 — الرقم الأصلي: 1297</w:t>
        <w:br/>
      </w:r>
      <w:r>
        <w:rPr>
          <w:rtl w:val="1"/>
        </w:rPr>
        <w:t xml:space="preserve"> أخبرنا إسحاق بن منصور قال:حدثنا محمد بن يوسف قال:حدثنا يونس بن أبي إسحاق عن بُريد بن أبي مريم قال:حدثنا أنس بن مالك قال:قال رسول الله صلى الله عليه وسلم</w:t>
        <w:br/>
      </w:r>
      <w:r>
        <w:rPr>
          <w:color w:val="FF0000"/>
          <w:rtl w:val="1"/>
        </w:rPr>
        <w:t xml:space="preserve">«مَن صَلَّى عليَّ صَلاةً واحِدَةً صلَّى اللَّهُ عليه عَشْرَ صَلَواتٍ، وحُطَّت عَنه عَشْرُ خَطيئاتٍ، ورُفِعَت له عَشْرُ دَرَجاتٍ».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أذكار الصلاة والسلام على النبي ﷺ وفضلها - فضل أذكار مخصوصة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فضل الصلاة عليه ﷺ - الصلاة والسلام عليه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