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تعالىإنّما قولنا لشيء-كتاب التوحيد-صحيح البخاري — رقم الحديث: 7460 — الرقم الفرعي: 99 — الرقم الأصلي: 7460</w:t>
        <w:br/>
      </w:r>
      <w:r>
        <w:rPr>
          <w:rtl w:val="1"/>
        </w:rPr>
        <w:t xml:space="preserve"> حدثنا الحُميديّ حدثنا الوليد بن مسلم حدثنا ابن جابر حدثني عمير بن هانيء أنه سمع معاوية قال:سمعت النبي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«لا يَزالُ مِن أُمَّتي أُمّةٌ قائمةٌ بأمرِ الله، ما يَضُرُّهم مَن كَذَّبَهم، ولا مَن خالَفَهُم، حتَّى يأتيَ أمرُ الله وهُمْ على ذلكَ». </w:t>
      </w:r>
      <w:r>
        <w:rPr>
          <w:color w:val="000000"/>
          <w:rtl w:val="1"/>
        </w:rPr>
        <w:t xml:space="preserve">فقال مالكُ بنُ يُخامِرَ: سمعتُ مُعاذًا يقولُ: وهُمْ بالشَّامِ،  </w:t>
      </w:r>
      <w:r>
        <w:rPr>
          <w:color w:val="000000"/>
          <w:rtl w:val="1"/>
        </w:rPr>
        <w:t xml:space="preserve">فقال معاويةُ: هذا مالكٌ يَزعُمُ أنَّه سَمِعَ مُعاذًا يقولُ: وهُمْ بالشَّامِ.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صبر الطائفة المؤمنة وثباتها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