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الرسُل-كتاب الجهاد-سنن أبي داود — رقم الحديث: 2761 — الرقم الفرعي: 99 — الرقم الأصلي: 2761</w:t>
        <w:br/>
      </w:r>
      <w:r>
        <w:rPr>
          <w:rtl w:val="1"/>
        </w:rPr>
        <w:t xml:space="preserve"> حدثنا محمد بن عمرو الرازيّ ثنا سلمة ملاحظة يعني ابن الفضل عن محمد بن إسحاق قال:كان مسيلمة كتب إلى رسول الله صلى الله عليه وسلم قال:وقد حدثني محمد بن إسحاق عن شيخ من أشجع ملاحظة يقال له:سعد بن طارق عن سلمة بن نعيم بن مسعود الأشجعيّ عن أبيه نعيم</w:t>
        <w:br/>
      </w:r>
      <w:r>
        <w:rPr>
          <w:color w:val="FF0000"/>
          <w:rtl w:val="1"/>
        </w:rPr>
        <w:t xml:space="preserve">قال: سمعتُ رسول الله ﷺ يقول لهما حينَ قرأ كتابَ مُسيلمةَ: «ما تقُولانِ أنتُما؟» قالا: نقولُ كما قال،  </w:t>
      </w:r>
      <w:r>
        <w:rPr>
          <w:color w:val="FF0000"/>
          <w:rtl w:val="1"/>
        </w:rPr>
        <w:t xml:space="preserve">قال: «أمَا واللهِ لولا أنَّ الرُّسُلَ لا تُقتَلُ لضَربتُ أعناقَكُما».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السفارات - العلاقات الدولية</w:t>
      </w:r>
    </w:p>
    <w:p>
      <w:pPr>
        <w:bidi w:val="1"/>
        <w:jc w:val="start"/>
      </w:pPr>
      <w:r>
        <w:rPr>
          <w:rtl w:val="1"/>
        </w:rPr>
        <w:t>الشرح: الدلالة: وفد بني حنيفة وخبر مسيلمة الكذاب والأسود العنسي - الوفود</w:t>
      </w:r>
    </w:p>
    <w:p>
      <w:pPr>
        <w:bidi w:val="1"/>
        <w:jc w:val="start"/>
      </w:pPr>
      <w:r>
        <w:rPr>
          <w:rtl w:val="1"/>
        </w:rPr>
        <w:t>الشرح: الدلالة: حقوق السفير - السفارات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المكاتبة - طرق تحمل الحديث</w:t>
      </w:r>
    </w:p>
    <w:p>
      <w:pPr>
        <w:bidi w:val="1"/>
        <w:jc w:val="start"/>
      </w:pPr>
      <w:r>
        <w:rPr>
          <w:rtl w:val="1"/>
        </w:rPr>
        <w:t>الشرح: الدلالة: قيمة الوفاء بالاتفاقيات والمعاهدات الدولية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