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7961 — الرقم الفرعي: 99 — الرقم الأصلي: 7961 — ج: 2 — ص: 297</w:t>
        <w:br/>
      </w:r>
      <w:r>
        <w:rPr>
          <w:rtl w:val="1"/>
        </w:rPr>
        <w:t xml:space="preserve"> حدثنا محمد بن جعفر حدثنا شعبة عن يعلى بن عطاء قال:سمعت عمرو بن عاصم يحدث أنه سمع أبا هريرة يحدث عن النبيّ صلى الله عليه وسلم</w:t>
        <w:br/>
      </w:r>
      <w:r>
        <w:rPr>
          <w:color w:val="000000"/>
          <w:rtl w:val="1"/>
        </w:rPr>
        <w:t xml:space="preserve">أَنَّ أَبَا بَكْرٍ، قَالَ لِلنَّبِيِّ ﷺ: أَخْبِرْنِي بِشَيْءٍ أَقُولُهُ إِذَا أَصْبَحْتُ وَإِذَا أَمْسَيْتُ.  </w:t>
      </w:r>
      <w:r>
        <w:rPr>
          <w:color w:val="000000"/>
          <w:rtl w:val="1"/>
        </w:rPr>
        <w:t xml:space="preserve">قَالَ: «قُلْ: اللهُمَّ عَالِمَ الْغَيْبِ وَالشَّهَادَةِ، فَاطِرَ السَّمَوَاتِ وَالْأَرْضِ، رَبَّ كُلِّ شَيْءٍ وَمَلِيكَهُ، أَشْهَدُ أَنْ لَا إِلَهَ إِلَّا أَنْتَ،  </w:t>
      </w:r>
      <w:r>
        <w:rPr>
          <w:color w:val="000000"/>
          <w:rtl w:val="1"/>
        </w:rPr>
        <w:t xml:space="preserve">أَعُوذُ بِكَ مِنْ شَرِّ نَفْسِي وَشَرِّ الشَّيْطَانِ وَشِرْكِهِ». قُلْهُ إِذَا أَصْبَحْتَ، وَإِذَا أَمْسَيْتَ، وَإِذَا أَخَذْتَ مَضْجَعَكَ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