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3469 — الرقم الفرعي: 99 — الرقم الأصلي: 3469</w:t>
        <w:br/>
      </w:r>
      <w:r>
        <w:rPr>
          <w:rtl w:val="1"/>
        </w:rPr>
        <w:t xml:space="preserve"> حدثنا عبد العزيز بن عبد الله حدثنا إبراهيم بن سعد عن أبيه عن أبي سلمة عن أبي هُرَيرةَ، رضي الله عنه، عن النبيِّ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«إنَّه قد كانَ فيما مَضَى قبلَكم منَ الأُمَمِ مُحَدَّثونَ، وإنَّه إنْ كانَ في أُمَّتي هذه منهم، فإنَّه عمرُ بنُ الخطَّاب».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متفرقات في التاريخ - التاريخ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الكرامات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الموهوبون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