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آل عمران-كتاب تفسير القرآن-سنن الترمذي — رقم الحديث: 2998 — الرقم الفرعي: 99 — الرقم الأصلي: 3001</w:t>
        <w:br/>
      </w:r>
      <w:r>
        <w:rPr>
          <w:rtl w:val="1"/>
        </w:rPr>
        <w:t xml:space="preserve"> حدثنا عبد بن حميد حدثنا عبد الرزاق حدثنا إبراهيم بن يزيد قال:سمعت محمد بن عبّاد بن جعفر المخزوميّ يحدث عن ابن عمر</w:t>
        <w:br/>
      </w:r>
      <w:r>
        <w:rPr>
          <w:color w:val="FF0000"/>
          <w:rtl w:val="1"/>
        </w:rPr>
        <w:t xml:space="preserve">قال: قامَ رَجُلٌ إِلى النَّبِيِّ ﷺ فقال: مَن الحَاجُّ يا رَسولَ اللَّهِ؟ قال: «الشَّعِثُ التَّفِلُ» فقَامَ رَجُلٌ آخَرُ فقال: أَيُّ الحَجِّ أَفضَلُ يا رَسولَ اللَّهِ؟ قال: «العَجُّ والثَّجُّ». فقَامَ رَجُلٌ آخَرُ فقال: ما السَّبيلُ يا رَسولَ اللَّهِ؟ قال: «الزَّادُ والرَّاحِلَةُ». </w:t>
      </w:r>
      <w:r>
        <w:rPr>
          <w:color w:val="000000"/>
          <w:rtl w:val="1"/>
        </w:rPr>
        <w:t xml:space="preserve">هذا حَدِيثٌ لا نَعْرِفُه مِن حَدِيثِ ابنِ عُمَرَ إِلَّا مِن حَدِيثِ إِبراهيمَ بن يَزيدَ الخُوزِيِّ المكِّيِّ، وقَد تَكَلَّمَ بَعضُ أَهلِ العِلمِ في إِبراهِيمَ بن يَزيدَ مِن قِبَلِ حِفظِهِ». </w:t>
      </w:r>
      <w:r>
        <w:rPr>
          <w:color w:val="000000"/>
          <w:rtl w:val="1"/>
        </w:rPr>
        <w:t xml:space="preserve">سَمِعتُ أَحمد بنَ الحَسنِ يَقولُ: قال أَحمدُ بن حَنْبَلٍ: مَن قال في هذا الحَدِيثِ، عن مُحمَّدِ بنِ المُنكَدِرِ، عَن ابنِ عَبدِ الرَّحمنِ بنِ يَربُوعٍ، عن أَبيه، فقَد أَخطَأَ.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التلبية - التلبية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