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ندب من حلف يميناً،فرأى غيرها خيراً منها،أن يأتي الذي هو خير،ويكفّر عنه يمينه-كتاب الأيْمان-صحيح مسلم — رقم الحديث: 1650 — الرقم الفرعي: 1 — الرقم الأصلي: 1650</w:t>
        <w:br/>
      </w:r>
      <w:r>
        <w:rPr>
          <w:rtl w:val="1"/>
        </w:rPr>
        <w:t xml:space="preserve"> حدثني زهير بن حرب حدثنا مروان بن معاوية الفَزَاريّ أخبرنا يزيد بن كَيْسان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أَعتمَ رجلٌ عندَ النبيِّ ﷺ، ثم رَجعَ إلى أَهلِه فوجدَ الصِّبيةَ قد نامُوا،  </w:t>
      </w:r>
      <w:r>
        <w:rPr>
          <w:color w:val="FF0000"/>
          <w:rtl w:val="1"/>
        </w:rPr>
        <w:t xml:space="preserve">فأَتاه أَهلُه بطَعَامِه، فحلَف لا يأكلُ مِن أَجلِ صِبيتِه،  </w:t>
      </w:r>
      <w:r>
        <w:rPr>
          <w:color w:val="FF0000"/>
          <w:rtl w:val="1"/>
        </w:rPr>
        <w:t xml:space="preserve">ثُمَّ بدا له فأكلَ،  </w:t>
      </w:r>
      <w:r>
        <w:rPr>
          <w:color w:val="FF0000"/>
          <w:rtl w:val="1"/>
        </w:rPr>
        <w:t xml:space="preserve">فأَتَى رسول الله ﷺ، فذكرَ ذلك له،  </w:t>
      </w:r>
      <w:r>
        <w:rPr>
          <w:color w:val="FF0000"/>
          <w:rtl w:val="1"/>
        </w:rPr>
        <w:t xml:space="preserve">فقال رسول الله ﷺ:  </w:t>
      </w:r>
      <w:r>
        <w:rPr>
          <w:color w:val="FF0000"/>
          <w:rtl w:val="1"/>
        </w:rPr>
        <w:t xml:space="preserve">«مَن حَلَفَ على يمينٍ، فرأى غَيرَها خَيرًا منها، فليأتِها، وليُكفِّر عن يَمِينِه».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المحلوف عليه - الأيمان</w:t>
      </w:r>
    </w:p>
    <w:p>
      <w:pPr>
        <w:bidi w:val="1"/>
        <w:jc w:val="start"/>
      </w:pPr>
      <w:r>
        <w:rPr>
          <w:rtl w:val="1"/>
        </w:rPr>
        <w:t>الشرح: الدلالة: الوفاء باليمين - الأيمان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رابعًا: قيمة كفارة اليمين - حادي عشر: الكفارات</w:t>
      </w:r>
    </w:p>
    <w:p>
      <w:pPr>
        <w:bidi w:val="1"/>
        <w:jc w:val="start"/>
      </w:pPr>
      <w:r>
        <w:rPr>
          <w:rtl w:val="1"/>
        </w:rPr>
        <w:t>الشرح: الدلالة: اليمين المنعقدة - أقسام اليمين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