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لا يقول المملوك :ربّي،و ربّتي-كتاب الأدب-سنن أبي داود — رقم الحديث: 4977 — الرقم الفرعي: 99 — الرقم الأصلي: 4977</w:t>
        <w:br/>
      </w:r>
      <w:r>
        <w:rPr>
          <w:rtl w:val="1"/>
        </w:rPr>
        <w:t xml:space="preserve"> حدثنا عبيدالله بن عمر بن ميسرة ثنا معاذ بن هشام قال:حدثني أبي عن قتادة عن عبد الله بن بُريدة عن أبيه قال:قال رسول الله صلى الله عليه وسلم</w:t>
        <w:br/>
      </w:r>
      <w:r>
        <w:rPr>
          <w:color w:val="FF0000"/>
          <w:rtl w:val="1"/>
        </w:rPr>
        <w:t xml:space="preserve">«لا تقولُوا للمنافقِ: سيِّدٌ، فإنَه إن يَك سَيِّداً فقد أسخطتُم رَبَّكم عز وجل». </w:t>
      </w:r>
    </w:p>
    <w:p>
      <w:pPr>
        <w:bidi w:val="1"/>
        <w:jc w:val="start"/>
      </w:pPr>
      <w:r>
        <w:rPr>
          <w:rtl w:val="1"/>
        </w:rPr>
        <w:t>درجة الحديث: رجاله ثقات رجال الشيخين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