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الفرق بين الأخوين-كتاب البيوع-سنن الترمذي — رقم الحديث: 1284 — الرقم الفرعي: 99 — الرقم الأصلي: 1284</w:t>
        <w:br/>
      </w:r>
      <w:r>
        <w:rPr>
          <w:rtl w:val="1"/>
        </w:rPr>
        <w:t xml:space="preserve"> حدثنا الحسن بن عليّ بن قَزَعَة أخبرنا عبد الرحمن بن مهديّ عن حمّاد بن سلمة عن الحجّاج عن الحكم عن ميمون بن أبي شبيب عن عليّ</w:t>
        <w:br/>
      </w:r>
      <w:r>
        <w:rPr>
          <w:color w:val="FF0000"/>
          <w:rtl w:val="1"/>
        </w:rPr>
        <w:t xml:space="preserve">قال: وَهَبَ لي رسولُ الله ﷺ غلامَين أَخَوين، فبِعتُ أَحدَهما،  </w:t>
      </w:r>
      <w:r>
        <w:rPr>
          <w:color w:val="FF0000"/>
          <w:rtl w:val="1"/>
        </w:rPr>
        <w:t xml:space="preserve">فقال لي رسولُ الله ﷺ: «يا عليّ، ما فعَلَ غلامُك؟» فأَخبَرتُه فقال: «رُدَّه، رُدَّه».  </w:t>
      </w:r>
      <w:r>
        <w:rPr>
          <w:color w:val="000000"/>
          <w:rtl w:val="1"/>
        </w:rPr>
        <w:t xml:space="preserve">هذا حديثٌ حسنٌ غريب.  </w:t>
      </w:r>
      <w:r>
        <w:rPr>
          <w:color w:val="FF0000"/>
          <w:rtl w:val="1"/>
        </w:rPr>
        <w:t xml:space="preserve">وقد كَرِه بعضُ أَهلِ العِلم مِن أَصحابِ النّبيِّ ﷺ وغيرِهم التَّفريقَ بين السَّبْي في البَيع.  </w:t>
      </w:r>
      <w:r>
        <w:rPr>
          <w:color w:val="FF0000"/>
          <w:rtl w:val="1"/>
        </w:rPr>
        <w:t xml:space="preserve">ورَخَّص بعضُ أَهل العلِم في التَّفريقِ بين المُولَّداتِ الّذين وُلِدوا في أَرضِ الإسلام.  </w:t>
      </w:r>
      <w:r>
        <w:rPr>
          <w:color w:val="000000"/>
          <w:rtl w:val="1"/>
        </w:rPr>
        <w:t xml:space="preserve">والقولُ الأوّلُ أَصحّ.  </w:t>
      </w:r>
      <w:r>
        <w:rPr>
          <w:color w:val="FF0000"/>
          <w:rtl w:val="1"/>
        </w:rPr>
        <w:t xml:space="preserve">ورُوي عن إبراهيمَ أنّه فرَّق بينَ والدةٍ ووَلدِها في البَيع، فقيلَ له في ذلك؟ فقال: إنِّي قد استأذنتُها في ذلك، فرَضِيَتْ.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عدم التفريق بين الجارية وولدها في البيع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المساعدات والهبات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هبات الأقارب والأرحام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