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تحريم الخمر-كتاب الأشربة-سنن أبي داود — رقم الحديث: 3672 — الرقم الفرعي: 99 — الرقم الأصلي: 3672</w:t>
        <w:br/>
      </w:r>
      <w:r>
        <w:rPr>
          <w:rtl w:val="1"/>
        </w:rPr>
        <w:t xml:space="preserve"> حدثنا أحمد بن محمد المروزيّ ثنا عليّ بن حسين عن أبيه عن يزيد النحويّ عن عكرمة عن ابن عباس</w:t>
        <w:br/>
      </w:r>
      <w:r>
        <w:rPr>
          <w:color w:val="000000"/>
          <w:rtl w:val="1"/>
        </w:rPr>
        <w:t xml:space="preserve">قال: ﴿يَا أَيُّهَا الَّذِينَ آمَنُوا لَا تَقْرَبُواالصَّلَاةَ وَأَنْتُمْ سُكَارَى﴾  </w:t>
      </w:r>
      <w:r>
        <w:rPr>
          <w:color w:val="000000"/>
          <w:rtl w:val="1"/>
        </w:rPr>
        <w:t xml:space="preserve">و﴿يَسْأَلُونَكَ عَنِ الْخَمْرِ وَالْمَيْسِرِ قُلْ فِيهِمَا إِثْمٌ كَبِيرٌ وَمَنَافِعُ لِلنَّاسِ﴾ [البقرة:219]  </w:t>
      </w:r>
      <w:r>
        <w:rPr>
          <w:color w:val="FF0000"/>
          <w:rtl w:val="1"/>
        </w:rPr>
        <w:t xml:space="preserve">نسخْتهما التي في المائدة: ﴿يَا أَيُّهَا الَّذِينَ آمَنُوا إِنَّمَا الْخَمْرُ وَالْمَيْسِرُ وَالْأَنْصَابُ﴾ الآية [المائدة: 90].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حد الخمر - الحدود</w:t>
      </w:r>
    </w:p>
    <w:p>
      <w:pPr>
        <w:bidi w:val="1"/>
        <w:jc w:val="start"/>
      </w:pPr>
      <w:r>
        <w:rPr>
          <w:rtl w:val="1"/>
        </w:rPr>
        <w:t>الشرح: الدلالة: ما ورد في الناسخ و المنسوخ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عموم الموبقات و الكبائر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شرب الخمر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حرمة شرب الخمر وعقوبتها في الآخرة - حد الخمر</w:t>
      </w:r>
    </w:p>
    <w:p>
      <w:pPr>
        <w:bidi w:val="1"/>
        <w:jc w:val="start"/>
      </w:pPr>
      <w:r>
        <w:rPr>
          <w:rtl w:val="1"/>
        </w:rPr>
        <w:t>الشرح: الدلالة: الآيات الناسخةوالمنسوخة(انظر ما ورد في الناسخ والمنسوخ بترتيب المصحف) - الناسخ والمنسوخ</w:t>
      </w:r>
    </w:p>
    <w:p>
      <w:pPr>
        <w:bidi w:val="1"/>
        <w:jc w:val="start"/>
      </w:pPr>
      <w:r>
        <w:rPr>
          <w:rtl w:val="1"/>
        </w:rPr>
        <w:t>الشرح: الدلالة: الخمر والمشروبات الكحولية - الأطعمة المحرمة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