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يدخل الجنة أقوام،أفئدتهم مثل أفئدة الطير-كتاب الجنة،وصفة نعيمها وأهلها-صحيح مسلم — رقم الحديث: 2840 — الرقم الفرعي: 99 — الرقم الأصلي: 2840</w:t>
        <w:br/>
      </w:r>
      <w:r>
        <w:rPr>
          <w:rtl w:val="1"/>
        </w:rPr>
        <w:t xml:space="preserve"> حدثنا حجّاج بن الشاعر حدثنا أبو النضر هاشم بن القاسم الليْثيّ حدثنا إبراهيم ملاحظة يعني ابن سعد حدثنا أبي عن أبي سلمة عن أبي هريرة عن النبيّ صلى الله عليه وسلم</w:t>
        <w:br/>
      </w:r>
      <w:r>
        <w:rPr>
          <w:color w:val="000000"/>
          <w:rtl w:val="1"/>
        </w:rPr>
        <w:t xml:space="preserve">قال:  </w:t>
      </w:r>
      <w:r>
        <w:rPr>
          <w:color w:val="FF0000"/>
          <w:rtl w:val="1"/>
        </w:rPr>
        <w:t xml:space="preserve">«يَدخُلُ الجَنةَ أقوامٌ أَفئِدتُهم مِثلُ أفئِدةِ الطَّير». </w:t>
      </w:r>
    </w:p>
    <w:p>
      <w:pPr>
        <w:bidi w:val="1"/>
        <w:jc w:val="start"/>
      </w:pPr>
      <w:r>
        <w:rPr>
          <w:rtl w:val="1"/>
        </w:rPr>
        <w:t>درجة الحديث: صحيح</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قيمة التوكُّل - القيم الإيمانية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