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صوم عشر ذي الحجة-كتاب الاعتكاف-صحيح مسلم — رقم الحديث: 1176 — الرقم الفرعي: 1 — الرقم الأصلي: 1176</w:t>
        <w:br/>
      </w:r>
      <w:r>
        <w:rPr>
          <w:rtl w:val="1"/>
        </w:rPr>
        <w:t xml:space="preserve"> حدثنا أبو بكر بن أبي شيبة و أبو كُرَيب و إسحاق ملاحظة قال إسحاق:أخبرنا،وقال الآخران: حدثنا أبو معاوية عن الأعمش عن إبراهيم عن  الأسود عن عائشة رضي الله عنها</w:t>
        <w:br/>
      </w:r>
      <w:r>
        <w:rPr>
          <w:color w:val="FF0000"/>
          <w:rtl w:val="1"/>
        </w:rPr>
        <w:t xml:space="preserve">قالت: ما رأَيتُ رسولَ الله ﷺ صائمًا في العَشْر قطُّ. </w:t>
      </w:r>
    </w:p>
    <w:p>
      <w:pPr>
        <w:bidi w:val="1"/>
        <w:jc w:val="start"/>
      </w:pPr>
      <w:r>
        <w:rPr>
          <w:rtl w:val="1"/>
        </w:rPr>
        <w:t xml:space="preserve">الشرح: الدلالة: صيامه ﷺ العشر من ذي الحجة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