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كم غزا النبيّ صلى الله عليه وسلم-كتاب المغازي-صحيح البخاري — رقم الحديث: 4472 — الرقم الفرعي: 99 — الرقم الأصلي: 4472</w:t>
        <w:br/>
      </w:r>
      <w:r>
        <w:rPr>
          <w:rtl w:val="1"/>
        </w:rPr>
        <w:t xml:space="preserve"> حدثنا عبد الله بن رجاء حدثنا إسرائيل عن أبي إسحاق حدثنا البراء،رضي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غَزَوْتُ مع النبيِّ ﷺ خمسَ عَشْرةَ.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