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وسلم:اللهم علّمه الكتاب-كتاب العلم-صحيح البخاري — رقم الحديث: 75 — الرقم الفرعي: 99 — الرقم الأصلي: 75</w:t>
        <w:br/>
      </w:r>
      <w:r>
        <w:rPr>
          <w:rtl w:val="1"/>
        </w:rPr>
        <w:t xml:space="preserve"> حدثنا أبو معمر قال:حدثنا عبد الوارث قال:حدثنا خالد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ضَمَّني رسولُ الله ﷺ وقال: «اللهمَّ عَلِّمْه الكِتاب». 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للأخوة والصحبة والمحبة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الرعاية الوجدانية (يحال إلى النظام التربوي القيم الوجدانية والجمالية)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الرعاية العلمية والتربوية (يحال إلى النظام التعليمي والتربوي ) - رعاية الدولة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طبقات الصحابة - الصحابة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دعاؤه ﷺ لهم بالعلم - دعاء النبي ﷺ لأصحابه خصوصًا ولأمته عمومًا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