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الصلاة على النبيّ صلى الله عليه وسلم-كتاب إقامة الصلاة-سنن ابن ماجة — رقم الحديث: 907 — الرقم الفرعي: 99 — الرقم الأصلي: 907</w:t>
        <w:br/>
      </w:r>
      <w:r>
        <w:rPr>
          <w:rtl w:val="1"/>
        </w:rPr>
        <w:t xml:space="preserve"> حدثنا بكر بن خلف،أبو بِشر ثنا خالد بن الحارث عن شُعبة عن عاصم بن عُبيدالله قال:سمعت عبد الله بن عامر بن ربيعة عن أبيه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مِن مُسلمٍ يُصَلِّي عليَّ إِلَّا صَلَّتْ عليه المَلائِكَةُ ما صَلَّى عليَّ، فلْيُقِلَّ العَبدُ مِن ذٰلكَ أَو لِيُكْثِر».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فضل الصلاة عليه ﷺ - الصلاة والسلام عليه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