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السقائف-كتاب المظالم-صحيح البخاري — رقم الحديث: 2462 — الرقم الفرعي: 99 — الرقم الأصلي: 2462</w:t>
        <w:br/>
      </w:r>
      <w:r>
        <w:rPr>
          <w:rtl w:val="1"/>
        </w:rPr>
        <w:t xml:space="preserve"> حدثنا يحيى بن سليمان قال:حدثني ابن وهب قال:حدثني مالك وأخبرني يونس عن ابن شهاب أخبرني عبيد الله بن عبد الله بن عتبة أنّ ابن عباس أخبره عن عمر رضي الله عنهم</w:t>
        <w:br/>
      </w:r>
      <w:r>
        <w:rPr>
          <w:color w:val="FF0000"/>
          <w:rtl w:val="1"/>
        </w:rPr>
        <w:t xml:space="preserve">قال حينَ تَوَفَّى اللهُ نبيَّه ﷺ: إنَّ الأنصارَ اجتَمَعُوا في سَقِيفةِ بني ساعدةَ،  </w:t>
      </w:r>
      <w:r>
        <w:rPr>
          <w:color w:val="FF0000"/>
          <w:rtl w:val="1"/>
        </w:rPr>
        <w:t xml:space="preserve">فقلتُ لأبي بكرٍ: انطَلِقْ بنا، فجِئْناهم في سَقِيفةِ بني ساعدةَ. 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خبر سقيفة بني ساعدة ومبايعة أبي بكر - أحداث السنة الحادية عشرة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