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طلب القضاء والتسرع إليه-كتاب الأقضية-سنن أبي داود — رقم الحديث: 3578 — الرقم الفرعي: 99 — الرقم الأصلي: 3578</w:t>
        <w:br/>
      </w:r>
      <w:r>
        <w:rPr>
          <w:rtl w:val="1"/>
        </w:rPr>
        <w:t xml:space="preserve"> حدثنا محمد بن كثير أخبرنا إسرائيل ثنا عبد الأعلى عن بلال عن أنس بن مالك قال:سمعت رسول الله صلى الله عليه وسلم</w:t>
        <w:br/>
      </w:r>
      <w:r>
        <w:rPr>
          <w:color w:val="FF0000"/>
          <w:rtl w:val="1"/>
        </w:rPr>
        <w:t xml:space="preserve">يقول: من طلبَ القضاءَ واستعانَ عليه وُكِلَ إليه، ومن لم يطلبه، ولم يستعِنْ عليه، أنزل الله مَلَكاً يُسَدِّدُهُ".  </w:t>
      </w:r>
      <w:r>
        <w:rPr>
          <w:color w:val="000000"/>
          <w:rtl w:val="1"/>
        </w:rPr>
        <w:t xml:space="preserve">وقال وكيعٌ: عن إسرائيلَ، عن عبد الأعلى، عن بلال بن أبي موسى، عن أنس عن النبيَّ صلى الله عليه وسلم. وقال أبو عوانة: عن عبد الأعلى عن بلال بن مرداسِ الفَزاريِّ، عن خَيثمةَ البصري، عن أنس.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المسؤولية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طلب القضاء - القاضي - منصب القضاء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طلب القيادة ورفضها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