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لعن شارب الخمر-كتاب الحدود-صحيح البخاري — رقم الحديث: 6780 — الرقم الفرعي: 99 — الرقم الأصلي: 6780</w:t>
        <w:br/>
      </w:r>
      <w:r>
        <w:rPr>
          <w:rtl w:val="1"/>
        </w:rPr>
        <w:t xml:space="preserve"> حدثنا يحيى بن بكير حدثني الليث قال:حدثني خالد بن يزيد عن سعيد بن أبي هلال عن زيد بن أسلم عن أبيه عن عمر بن الخطاب</w:t>
        <w:br/>
      </w:r>
      <w:r>
        <w:rPr>
          <w:color w:val="000000"/>
          <w:rtl w:val="1"/>
        </w:rPr>
        <w:t xml:space="preserve">أنَّ رجلًا على عَهْدِ النبيِّ ﷺ كان اسمُه عبد الله، وكان يُلَقَّبُ حِمارًا،  </w:t>
      </w:r>
      <w:r>
        <w:rPr>
          <w:color w:val="FF0000"/>
          <w:rtl w:val="1"/>
        </w:rPr>
        <w:t xml:space="preserve">وكان يُضْحِكُ رسول الله ﷺ،  </w:t>
      </w:r>
      <w:r>
        <w:rPr>
          <w:color w:val="FF0000"/>
          <w:rtl w:val="1"/>
        </w:rPr>
        <w:t xml:space="preserve">وكان النبيُّ ﷺ قد جَلَدَه في الشَّراب،  </w:t>
      </w:r>
      <w:r>
        <w:rPr>
          <w:color w:val="FF0000"/>
          <w:rtl w:val="1"/>
        </w:rPr>
        <w:t xml:space="preserve">فأُتيَ به يومًا، فأمَرَ به فجُلِدَ،  </w:t>
      </w:r>
      <w:r>
        <w:rPr>
          <w:color w:val="FF0000"/>
          <w:rtl w:val="1"/>
        </w:rPr>
        <w:t xml:space="preserve">فقال رجلٌ منَ القومِ: اللهمَّ العَنْه! ما أكثرَ ما يُؤتَى به؟  </w:t>
      </w:r>
      <w:r>
        <w:rPr>
          <w:color w:val="FF0000"/>
          <w:rtl w:val="1"/>
        </w:rPr>
        <w:t xml:space="preserve">فقال النبيُّ ﷺ: «لا تَلْعَنُوه، فوالله ما عَلِمْتُ أنَّه يُحِبُّ اللهَ ورسولَه». 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عقوبة شارب الخمر - حد الخمر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الرحمة بالعصاة من المسلمين - قيم الرحمة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حفظ العقل - الرعاية العقلية</w:t>
      </w:r>
    </w:p>
    <w:p>
      <w:pPr>
        <w:bidi w:val="1"/>
        <w:jc w:val="start"/>
      </w:pPr>
      <w:r>
        <w:rPr>
          <w:rtl w:val="1"/>
        </w:rPr>
        <w:t>الشرح: الدلالة: قيمة حسن الظن بأصحاب المعاصي من المسلمين - قيم حسن الظن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تزكيته ﷺ للرجل يرتكب الكبيرة إذا علم فيه خيرًا - حب النبي ﷺ لأصحابه وأمته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