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بقية من أحاديث الدجال-كتاب الفتن وأشراط الساعة-صحيح مسلم — رقم الحديث: 2946 — الرقم الفرعي: 1 — الرقم الأصلي: 2946</w:t>
        <w:br/>
      </w:r>
      <w:r>
        <w:rPr>
          <w:rtl w:val="1"/>
        </w:rPr>
        <w:t xml:space="preserve"> حدثني زهيربن حرب حدثنا أحمد بن إسحاق الحضرميّ حدثنا عبد العزيز ملاحظة يعني ابن المختار حدثنا أيوب عن حُمَيد بن هلال ملاحظة عن رهط،منهم: أبو الدهماء و أبو قتادة</w:t>
        <w:br/>
      </w:r>
      <w:r>
        <w:rPr>
          <w:color w:val="000000"/>
          <w:rtl w:val="1"/>
        </w:rPr>
        <w:t xml:space="preserve">قالوا: كنا نمرُّ على هشام بنِ عامر، نأتي عِمرانَ بن حُصَين، فقال ذاتَ يوم: إنّكم لَتُجاوزوني إلى رجالٍ ما كانوا بأَحضَرَ لرسولِ الله ﷺ منِّي، ولا أَعلمَ بحديثِه منِّي،  </w:t>
      </w:r>
      <w:r>
        <w:rPr>
          <w:color w:val="FF0000"/>
          <w:rtl w:val="1"/>
        </w:rPr>
        <w:t xml:space="preserve">سمِعتُ رسولَ الله ﷺ يقول: «ما بينَ خَلْقِ آدمَ إلى قيامِ السّاعةِ خَلقٌ أَكبَرُ مِن الدَّجّال». 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