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بقية من أحاديث الدجال-كتاب الفتن وأشراط الساعة-صحيح مسلم — رقم الحديث: 2944 — الرقم الفرعي: 99 — الرقم الأصلي: 2944</w:t>
        <w:br/>
      </w:r>
      <w:r>
        <w:rPr>
          <w:rtl w:val="1"/>
        </w:rPr>
        <w:t xml:space="preserve"> حدثنا منصور بن أبي مُزاحِم حدثنا يحيى بن حمزة عن الأوزاعيّ عن إسحاق بن عبد الله عن عمّه،أنس بن مالك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«يَتبعُ الدَّجّالَ مِن يهودِ أَصبَهان سبعونَ ألفًا، عليهم الطَّيَالِسَة».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الطيالسة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