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تشييع الغزاة ووداعهم-كتاب الجهاد-سنن ابن ماجة — رقم الحديث: 2825 — الرقم الفرعي: 99 — الرقم الأصلي: 2825</w:t>
        <w:br/>
      </w:r>
      <w:r>
        <w:rPr>
          <w:rtl w:val="1"/>
        </w:rPr>
        <w:t xml:space="preserve"> حدثنا هشام بن عمّار ثنا الوليد بن مسلم ثنا ابن لَهيعة عن الحسن بن ثوبان عن موسى بن وردان عن أبي هريرة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وَدَّعَني رسولُ الله ﷺ، فقال: «أَستَودعُكَ اللهَ الذي لا تَضِيعُ ودائِعُه».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 xml:space="preserve">الشرح: الدلالة: دعاؤه ﷺ لهم عند الوداع - دعاء النبي ﷺ لأصحابه خصوصًا ولأمته عمومًا </w:t>
      </w:r>
    </w:p>
    <w:p>
      <w:pPr>
        <w:bidi w:val="1"/>
        <w:jc w:val="start"/>
      </w:pPr>
      <w:r>
        <w:rPr>
          <w:rtl w:val="1"/>
        </w:rPr>
        <w:t>الشرح: الدلالة: أذكار السفر  و أدعيته - الذكر والدعاء في الجهاد والسفر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