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تفرّق الناس عن الإمام-كتاب الجهاد والسير-صحيح البخاري — رقم الحديث: 2913 — الرقم الفرعي: 99 — الرقم الأصلي: 2913</w:t>
        <w:br/>
      </w:r>
      <w:r>
        <w:rPr>
          <w:rtl w:val="1"/>
        </w:rPr>
        <w:t xml:space="preserve"> حدثنا أبو اليمان أخبرنا شعيب عن الزهريّ حدثنا سنان بن أبي سنان و أبو سلمة أنّ جابراً أخبره حدثنا موسى بن إسماعيل حدثنا إبراهيم بن سعد أخبرنا ابن شهاب عن سنان بن أبي سنان الدّؤليّ أنّ جابر بن عبد الله رضي الله عنهما</w:t>
        <w:br/>
      </w:r>
      <w:r>
        <w:rPr>
          <w:color w:val="000000"/>
          <w:rtl w:val="1"/>
        </w:rPr>
        <w:t xml:space="preserve">أخبَرهُ:  </w:t>
      </w:r>
      <w:r>
        <w:rPr>
          <w:color w:val="000000"/>
          <w:rtl w:val="1"/>
        </w:rPr>
        <w:t xml:space="preserve">أنَّه غَزَا مع النبيِّ ﷺ فأدرَكَتْهُم القائلةُ في وادٍ كَثيرِ العِضَاهِ، فتَفرَّقَ النّاسُ في العِضَاهِ يَستَظِلّونَ بالشَّجَرِ،  </w:t>
      </w:r>
      <w:r>
        <w:rPr>
          <w:color w:val="FF0000"/>
          <w:rtl w:val="1"/>
        </w:rPr>
        <w:t xml:space="preserve">فنَزَلَ النبيُّ ﷺ تحتَ شجرةٍ فعَلَّقَ بها سيفَه ثمَّ نامَ،  </w:t>
      </w:r>
      <w:r>
        <w:rPr>
          <w:color w:val="FF0000"/>
          <w:rtl w:val="1"/>
        </w:rPr>
        <w:t xml:space="preserve">فاستَيقَظَ وعندَه رجلٌ وهو لا يَشْعُرُ به،  </w:t>
      </w:r>
      <w:r>
        <w:rPr>
          <w:color w:val="FF0000"/>
          <w:rtl w:val="1"/>
        </w:rPr>
        <w:t xml:space="preserve">فقال النبيُّ ﷺ: «إنَّ هذا اختَرَطَ سَيْفي فقال: مَن يَمْنَعُكَ؟ قلتُ: اللهُ، فشامَ السَّيفَ، فها هو ذا جالسٌ»،  </w:t>
      </w:r>
      <w:r>
        <w:rPr>
          <w:color w:val="000000"/>
          <w:rtl w:val="1"/>
        </w:rPr>
        <w:t xml:space="preserve">ثمَّ لم يُعاقِبْه. </w:t>
      </w:r>
    </w:p>
    <w:p>
      <w:pPr>
        <w:bidi w:val="1"/>
        <w:jc w:val="start"/>
      </w:pPr>
      <w:r>
        <w:rPr>
          <w:rtl w:val="1"/>
        </w:rPr>
        <w:t>الشرح: الدلالة: عصمته ﷺ من القتل - خصوصيات النبي ﷺ في عصمته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