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 صلى الله عليه وسلم:لا تزال طائفة من أمتي ظاهرين على الحقّ-كتاب الإمارة-صحيح مسلم — رقم الحديث: 1920 — الرقم الفرعي: 99 — الرقم الأصلي: 1920</w:t>
        <w:br/>
      </w:r>
      <w:r>
        <w:rPr>
          <w:rtl w:val="1"/>
        </w:rPr>
        <w:t xml:space="preserve"> حدثنا سعيد بن منصور و أبو الربيع العَتَكيّ و قتيبة بن سعيد قالوا:حدثنا حمّاد ملاحظة وهو ابن زيد عن أيوب عن أبي قِلابة عن أبي أسماء عن ثَوْبان قال:قال رسول الله صلى الله عليه وسلم</w:t>
        <w:br/>
      </w:r>
      <w:r>
        <w:rPr>
          <w:color w:val="FF0000"/>
          <w:rtl w:val="1"/>
        </w:rPr>
        <w:t xml:space="preserve">«لا تزال طائفةٌ مِن أُمّتي ظاهرين على الحقّ، لا يَضرُّهم مَن خَذَلهم، حتى يأتيَ أمرُ اللهِ، وهم كذلك». </w:t>
      </w:r>
      <w:r>
        <w:rPr>
          <w:color w:val="000000"/>
          <w:rtl w:val="1"/>
        </w:rPr>
        <w:t xml:space="preserve">وليس في حديث قتيبة: وهم كذلك. 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صبر الطائفة المؤمنة وثباتها - قيم الصبر والثبات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