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الصلاة والسجدة عند الشكر-كتاب إقامة الصلاة-سنن ابن ماجة — رقم الحديث: 1392 — الرقم الفرعي: 99 — الرقم الأصلي: 1392</w:t>
        <w:br/>
      </w:r>
      <w:r>
        <w:rPr>
          <w:rtl w:val="1"/>
        </w:rPr>
        <w:t xml:space="preserve"> حدثنا يحيى بن عثمان بن صالح المصريّ أنا أبي أنا ابن لهيعة عن يزيد بن أبي حبيب عن عمرو بن الوليد بن عبدة السّهميّ عن أنس بن مالك</w:t>
        <w:br/>
      </w:r>
      <w:r>
        <w:rPr>
          <w:color w:val="FF0000"/>
          <w:rtl w:val="1"/>
        </w:rPr>
        <w:t xml:space="preserve">أنَّ النّبيَّ بُشِّر بحاجةٍ، فخَرَّ ساجِدًا 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سجود الشكر - السجود في غير الصلاة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p>
      <w:pPr>
        <w:bidi w:val="1"/>
        <w:jc w:val="start"/>
      </w:pPr>
      <w:r>
        <w:rPr>
          <w:rtl w:val="1"/>
        </w:rPr>
        <w:t xml:space="preserve">الشرح: الدلالة: سجوده ﷺ لله شكرًا عند النعمة - شكر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