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الشهادة على الأنساب-كتاب الشهادات-صحيح البخاري — رقم الحديث: 2646 — الرقم الفرعي: 99 — الرقم الأصلي: 2646</w:t>
        <w:br/>
      </w:r>
      <w:r>
        <w:rPr>
          <w:rtl w:val="1"/>
        </w:rPr>
        <w:t xml:space="preserve"> حدثنا عبد الله بن يوسف أخبرنا مالك عن عبد الله بن أبي بكر عن عمرة بنت عبد الرحمن أنّ عائشة رضي الله عنها زوج النبي صلى الله عليه وسلم</w:t>
        <w:br/>
      </w:r>
      <w:r>
        <w:rPr>
          <w:color w:val="000000"/>
          <w:rtl w:val="1"/>
        </w:rPr>
        <w:t xml:space="preserve">أخبَرتْها:  </w:t>
      </w:r>
      <w:r>
        <w:rPr>
          <w:color w:val="000000"/>
          <w:rtl w:val="1"/>
        </w:rPr>
        <w:t xml:space="preserve">أنَّ رسولَ الله ﷺ كانَ عندَها، وأنَّها سمعَتْ صوتَ رجلٍ يَستأْذِنُ في بيتِ حَفْصةَ،  </w:t>
      </w:r>
      <w:r>
        <w:rPr>
          <w:color w:val="FF0000"/>
          <w:rtl w:val="1"/>
        </w:rPr>
        <w:t xml:space="preserve">فقالت عائشة: يا رسولَ الله، هذا رجلٌ يَستأْذِنُ في بيتِكَ،  </w:t>
      </w:r>
      <w:r>
        <w:rPr>
          <w:color w:val="FF0000"/>
          <w:rtl w:val="1"/>
        </w:rPr>
        <w:t xml:space="preserve">قالت: فقال رسولُ الله ﷺ: «أُراه فلانًا» لِعَمِّ حَفْصةَ مِن الرَّضاعةِ،  </w:t>
      </w:r>
      <w:r>
        <w:rPr>
          <w:color w:val="FF0000"/>
          <w:rtl w:val="1"/>
        </w:rPr>
        <w:t xml:space="preserve">فقالت عائشةُ: لو كانَ فلانٌ حَيًّا - لعمِّها مِن الرَّضاعةِ - دَخَلَ عليَّ؟  </w:t>
      </w:r>
      <w:r>
        <w:rPr>
          <w:color w:val="FF0000"/>
          <w:rtl w:val="1"/>
        </w:rPr>
        <w:t xml:space="preserve">فقال رسولُ الله ﷺ: «نَعَم، إنَّ الرَّضاعةَ تُحرِّمُ ما يَحرُمُ مِنَ الوِلادة». 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يحرم من الرضاعة ما يحرم من النسب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