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وضع اليمنى على اليسرى في الصلاة-كتاب الصلاة-سنن أبي داود — رقم الحديث: 755 — الرقم الفرعي: 99 — الرقم الأصلي: 755</w:t>
        <w:br/>
      </w:r>
      <w:r>
        <w:rPr>
          <w:rtl w:val="1"/>
        </w:rPr>
        <w:t xml:space="preserve"> حدثنا محمد بن بكار بن الريان عن هشيم بن بشير عن الحجّاج بن أبي زينب عن أبي عثمان النّهديّ عن ابن مسعود</w:t>
        <w:br/>
      </w:r>
      <w:r>
        <w:rPr>
          <w:color w:val="FF0000"/>
          <w:rtl w:val="1"/>
        </w:rPr>
        <w:t xml:space="preserve">أنّه كان يُصلِّي، فوَضعَ يدَه اليُسرى على اليُمنى، فرآهُ النّبيُّ ﷺ، فوضعَ يدَه اليُمنى على اليُسرى.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هيئة اليدين في الوقوف في الصلاة - الوقوف في الصلاة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المنكرات المتعلقة بالعقائد والعبادات والمساجد</w:t>
      </w:r>
    </w:p>
    <w:p>
      <w:pPr>
        <w:bidi w:val="1"/>
        <w:jc w:val="start"/>
      </w:pPr>
      <w:r>
        <w:rPr>
          <w:rtl w:val="1"/>
        </w:rPr>
        <w:t>الشرح: الدلالة: تغيير المنكر باليد</w:t>
      </w:r>
    </w:p>
    <w:p>
      <w:pPr>
        <w:bidi w:val="1"/>
        <w:jc w:val="start"/>
      </w:pPr>
      <w:r>
        <w:rPr>
          <w:rtl w:val="1"/>
        </w:rPr>
        <w:t>الشرح: الدلالة: ** قيمة النظام في صفة الصلاة وكيفيتها - * النظام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