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أبي هريرة رضي الله عنه-كتاب المناقب-سنن الترمذي — رقم الحديث: 3836 — الرقم الفرعي: 99 — الرقم الأصلي: 3836</w:t>
        <w:br/>
      </w:r>
      <w:r>
        <w:rPr>
          <w:rtl w:val="1"/>
        </w:rPr>
        <w:t xml:space="preserve"> حدثنا أحمد بن مَنيع أخبرنا هُشيم أخبرنا يعلى بن عطاء عن الوليد بن عبد الرحمن عن ابن عمر</w:t>
        <w:br/>
      </w:r>
      <w:r>
        <w:rPr>
          <w:color w:val="FF0000"/>
          <w:rtl w:val="1"/>
        </w:rPr>
        <w:t xml:space="preserve">أنّه قالَ لأَبي هُريرةَ، رضي الله عنه: يا أبا هُريرَة، أَنتَ كنتَ أَلزَمَنا لِرَسولِ اللهِ ﷺ، وأَحفَظَنا لِحديثِه.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ملازمة أهل العلم والصبر عليها - قيم تقدير العلماء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