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نسخ المراجعة بعد التطليقات الثلاث-تفريع أبواب الطلاق-سنن أبي داود — رقم الحديث: 2195 — الرقم الفرعي: 99 — الرقم الأصلي: 2195</w:t>
        <w:br/>
      </w:r>
      <w:r>
        <w:rPr>
          <w:rtl w:val="1"/>
        </w:rPr>
        <w:t xml:space="preserve"> حدثنا أحمد بن محمد المروزيّ حدثني عليّ بن حسين بن واقد عن أبيه عن يزيد النحويّ عن عكرمة عن ابن عبّاس</w:t>
        <w:br/>
      </w:r>
      <w:r>
        <w:rPr>
          <w:color w:val="FF0000"/>
          <w:rtl w:val="1"/>
        </w:rPr>
        <w:t xml:space="preserve">﴿وَالْمُطَلَّقَاتُ يَتَرَبَّصْنَ بِأَنْفُسِهِنَّ ثَلَاثَةَ قُرُوءٍ وَلَا يَحِلُّ لَهُنَّ أَنْ يَكْتُمْنَ مَا خَلَقَ اللَّهُ فِي أَرْحَامِهِنَّ﴾ الآية [البقرة: 228]،  </w:t>
      </w:r>
      <w:r>
        <w:rPr>
          <w:color w:val="FF0000"/>
          <w:rtl w:val="1"/>
        </w:rPr>
        <w:t xml:space="preserve">وذلك أن الرّجُلَ كان إذا طلَّقَ امرأتَه فهو أَحقُّ بِرَجْعَتِها وإن طَلَّقها ثلاثًا،  </w:t>
      </w:r>
      <w:r>
        <w:rPr>
          <w:color w:val="FF0000"/>
          <w:rtl w:val="1"/>
        </w:rPr>
        <w:t xml:space="preserve">فَنُسِخَ ذلك، وقال: ﴿الطَّلَاقُ مَرَّتَانِ﴾ [البقرة: 229].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أول ما نسخ من القرآن - الناسخ والمنسوخ</w:t>
      </w:r>
    </w:p>
    <w:p>
      <w:pPr>
        <w:bidi w:val="1"/>
        <w:jc w:val="start"/>
      </w:pPr>
      <w:r>
        <w:rPr>
          <w:rtl w:val="1"/>
        </w:rPr>
        <w:t>الشرح: الدلالة: أسماء الحيض ( قُرء ، نفاس ..) - الحيض</w:t>
      </w:r>
    </w:p>
    <w:p>
      <w:pPr>
        <w:bidi w:val="1"/>
        <w:jc w:val="start"/>
      </w:pPr>
      <w:r>
        <w:rPr>
          <w:rtl w:val="1"/>
        </w:rPr>
        <w:t>الشرح: الدلالة: نسخ إلى بدل - أقسام النسخ من حيث البدل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عدة الصغيرة واليائسة - حساب العدة</w:t>
      </w:r>
    </w:p>
    <w:p>
      <w:pPr>
        <w:bidi w:val="1"/>
        <w:jc w:val="start"/>
      </w:pPr>
      <w:r>
        <w:rPr>
          <w:rtl w:val="1"/>
        </w:rPr>
        <w:t>الشرح: الدلالة: عدة ذوات الحيض - حساب العدة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