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الجمع بين لونين في الأكل-كتاب الأطعمة-سنن أبي داود — رقم الحديث: 3837 — الرقم الفرعي: 99 — الرقم الأصلي: 3837</w:t>
        <w:br/>
      </w:r>
      <w:r>
        <w:rPr>
          <w:rtl w:val="1"/>
        </w:rPr>
        <w:t xml:space="preserve"> حدثنا محمد بن الوزير ثنا الوليد بن مزيد قال:سمعت ابن جابر قال:حدثني سليم بن عامر عن ابنَيْ بُسْر السُّلَمِيَّيْن</w:t>
        <w:br/>
      </w:r>
      <w:r>
        <w:rPr>
          <w:color w:val="000000"/>
          <w:rtl w:val="1"/>
        </w:rPr>
        <w:t xml:space="preserve">قالا:  </w:t>
      </w:r>
      <w:r>
        <w:rPr>
          <w:color w:val="FF0000"/>
          <w:rtl w:val="1"/>
        </w:rPr>
        <w:t xml:space="preserve">دخَلَ علينا رَسولُ الله ﷺ، فقَدَّمنا زُبْدًا وتَمرًا،  </w:t>
      </w:r>
      <w:r>
        <w:rPr>
          <w:color w:val="FF0000"/>
          <w:rtl w:val="1"/>
        </w:rPr>
        <w:t xml:space="preserve">وكان يُحبُّ الزُّبْدَ والتَّمرَ.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الزبدة والسمنة - منتجات الألبان</w:t>
      </w:r>
    </w:p>
    <w:p>
      <w:pPr>
        <w:bidi w:val="1"/>
        <w:jc w:val="start"/>
      </w:pPr>
      <w:r>
        <w:rPr>
          <w:rtl w:val="1"/>
        </w:rPr>
        <w:t xml:space="preserve">الشرح: الدلالة: أكله ﷺ الزبد والتمر - طعامه ﷺ </w:t>
      </w:r>
    </w:p>
    <w:p>
      <w:pPr>
        <w:bidi w:val="1"/>
        <w:jc w:val="start"/>
      </w:pPr>
      <w:r>
        <w:rPr>
          <w:rtl w:val="1"/>
        </w:rPr>
        <w:t>الشرح: الدلالة: النخيل ومنتجاته (البلح والتمر والرطب والجمّار) - الفواكه</w:t>
      </w:r>
    </w:p>
    <w:p>
      <w:pPr>
        <w:bidi w:val="1"/>
        <w:jc w:val="start"/>
      </w:pPr>
      <w:r>
        <w:rPr>
          <w:rtl w:val="1"/>
        </w:rPr>
        <w:t>الشرح: الدلالة: الزبدة - الزيوت والدهون</w:t>
      </w:r>
    </w:p>
    <w:p>
      <w:pPr>
        <w:bidi w:val="1"/>
        <w:jc w:val="start"/>
      </w:pPr>
      <w:r>
        <w:rPr>
          <w:rtl w:val="1"/>
        </w:rPr>
        <w:t>الشرح: الدلالة: الزبدة والسمن - تصنيع الألبان ومنتجاتها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