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من أسلم وعنده نساء أكثر من أربع،أو أُختان-تفريع أبواب الطلاق-سنن أبي داود — رقم الحديث: 2243 — الرقم الفرعي: 99 — الرقم الأصلي: 2243</w:t>
        <w:br/>
      </w:r>
      <w:r>
        <w:rPr>
          <w:rtl w:val="1"/>
        </w:rPr>
        <w:t xml:space="preserve"> حدثنا يحيى بن معين ثنا وَهْب بن جَرير عن أبيه قال:سمعت يحيى بن أيوب يحدث عن يزيد بن أبي حبيب عن أبي وهب الجيشانيّ عن الضحاك بن فيروز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قلتُ: يا رسولَ الله، إنِّي أَسلمتُ وتَحتي أُختَانِ، قال: «طلِّق أَيتَهما شِئت».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الجمع بين الأختين. - التفريق عن طريق الشرع (بعد ثبوت العقد الصحيح)</w:t>
      </w:r>
    </w:p>
    <w:p>
      <w:pPr>
        <w:bidi w:val="1"/>
        <w:jc w:val="start"/>
      </w:pPr>
      <w:r>
        <w:rPr>
          <w:rtl w:val="1"/>
        </w:rPr>
        <w:t>الشرح: الدلالة: السادس: الجمع بين الأختين ومن في حكمهما - المحرمات تحريما مؤقتا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