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الموت والاستعداد له-كتاب الزهد-سنن ابن ماجة — رقم الحديث: 4259 — الرقم الفرعي: 99 — الرقم الأصلي: 4259</w:t>
        <w:br/>
      </w:r>
      <w:r>
        <w:rPr>
          <w:rtl w:val="1"/>
        </w:rPr>
        <w:t xml:space="preserve"> حدثنا الزبير بن بكّار ثنا أنس بن عِياض ثنا نافع بن عبد الله عن فروة بن قيس عن عطاء بن أبي رباح عن ابن عمر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كنتُ مع رَسولِ الله ﷺ، فجاءَه رجلٌ مِن الأنصار، فسَلَّم على النّبيِّ ﷺ،  </w:t>
      </w:r>
      <w:r>
        <w:rPr>
          <w:color w:val="FF0000"/>
          <w:rtl w:val="1"/>
        </w:rPr>
        <w:t xml:space="preserve">ثم قال: يا رَسولَ الله، أيُّ المُؤمِنِينَ أَفضَل؟ قال: «أَحسنُهم خُلُقًا»،  </w:t>
      </w:r>
      <w:r>
        <w:rPr>
          <w:color w:val="FF0000"/>
          <w:rtl w:val="1"/>
        </w:rPr>
        <w:t xml:space="preserve">قال: فأيُّ المُؤمِنِينَ أَكيَس؟ قال: «أكثرُهُم للمَوتِ ذِكرًا، وأَحسَنُهم لِمَا بعدَه استِعدادًا، أُولئكَ الأَكياس».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أولًا: ذكر الموت والاستعداد له - الروح والموت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