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الإقعاء على العقبين-كتاب المساجد ومواضع الصلاة-صحيح مسلم — رقم الحديث: 536 — الرقم الفرعي: 99 — الرقم الأصلي: 536</w:t>
        <w:br/>
      </w:r>
      <w:r>
        <w:rPr>
          <w:rtl w:val="1"/>
        </w:rPr>
        <w:t xml:space="preserve"> حدثنا إسحاق بن إبراهيم أخبرنا محمد بن بكر ح قال:وحدثنا حسن الحُلوانيّ حدثنا عبد الرزّاق ملاحظة وتقاربا في اللفظ قالا جميعا:أخبرنا ابن جُريج أخبرني أبو الزُّبير أنه سمع طاوساً</w:t>
        <w:br/>
      </w:r>
      <w:r>
        <w:rPr>
          <w:color w:val="FF0000"/>
          <w:rtl w:val="1"/>
        </w:rPr>
        <w:t xml:space="preserve">يقول: قلنا لابنِ عبّاس في الإقعاءِ على القَدَمَين، فقال: هِي السُّنّة، فقُلنا له: إنّا لَنَرَاهُ جَفاءً بالرَّجُل، فقال ابن عباس: بَل هِيَ سُنّةُ نَبيِّك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الجلوس بين السجدتين (الهيئة والأذكار) - السجود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