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4798 — الرقم الفرعي: 99 — الرقم الأصلي: 4798</w:t>
        <w:br/>
      </w:r>
      <w:r>
        <w:rPr>
          <w:rtl w:val="1"/>
        </w:rPr>
        <w:t xml:space="preserve"> حدثنا عبد الله بن يوسف حدثنا الليث قال:حدثني ابن الهاد عن عبد الله بن خبّاب عن أبي سعيد الخُدريّ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قلنا: يا رسولَ الله، هذا التَّسْلِيمُ، فكيفَ نُصلِّي عليكَ؟  </w:t>
      </w:r>
      <w:r>
        <w:rPr>
          <w:color w:val="FF0000"/>
          <w:rtl w:val="1"/>
        </w:rPr>
        <w:t xml:space="preserve">قال: «قولوا: اللهمَّ صَلِّ على محمَّدٍ، عَبْدِكَ ورسولِكَ، كما صَلَّيتَ على آلِ إبراهيمَ، وباركْ على محمَّدٍ، وعلى آلِ محمَّدٍ، كما بارَكْتَ على إبراهيمَ». </w:t>
      </w:r>
      <w:r>
        <w:rPr>
          <w:color w:val="FF0000"/>
          <w:rtl w:val="1"/>
        </w:rPr>
        <w:t xml:space="preserve">قال أبو صالحٍ، عن اللَّيْثِ: «على محمَّدٍ وعلى آلِ محمَّدٍ، كما بارَكْتَ على آلِ إبراهيم».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أذكار الصلاة والسلام على النبي ﷺ وفضلها - فضل أذكار مخصوصة</w:t>
      </w:r>
    </w:p>
    <w:p>
      <w:pPr>
        <w:bidi w:val="1"/>
        <w:jc w:val="start"/>
      </w:pPr>
      <w:r>
        <w:rPr>
          <w:rtl w:val="1"/>
        </w:rPr>
        <w:t>الشرح: الدلالة: فضائل محمد عليه الصلاة والسلام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الاستظهار والحفظ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تلاوة النص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الصلاة الإبراهيمية - الجلوس والتشهد</w:t>
      </w:r>
    </w:p>
    <w:p>
      <w:pPr>
        <w:bidi w:val="1"/>
        <w:jc w:val="start"/>
      </w:pPr>
      <w:r>
        <w:rPr>
          <w:rtl w:val="1"/>
        </w:rPr>
        <w:t xml:space="preserve">الشرح: الدلالة: الصلاة عليه ﷺ في الصلاة - الصلاة والسلام عليه ﷺ </w:t>
      </w:r>
    </w:p>
    <w:p>
      <w:pPr>
        <w:bidi w:val="1"/>
        <w:jc w:val="start"/>
      </w:pPr>
      <w:r>
        <w:rPr>
          <w:rtl w:val="1"/>
        </w:rPr>
        <w:t>الشرح: الدلالة: الصلاة الإبراهيمية - أذكار الصلاة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