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إقطاع الأرضين-كتاب الخراج والإمارة والفيء-سنن أبي داود — رقم الحديث: 3060 — الرقم الفرعي: 99 — الرقم الأصلي: 3060</w:t>
        <w:br/>
      </w:r>
      <w:r>
        <w:rPr>
          <w:rtl w:val="1"/>
        </w:rPr>
        <w:t xml:space="preserve"> حدثنا مُسدّد ثنا عبد الله بن داود عن فِطْر حدثني أبي عن عمرو بن حريث</w:t>
        <w:br/>
      </w:r>
      <w:r>
        <w:rPr>
          <w:color w:val="FF0000"/>
          <w:rtl w:val="1"/>
        </w:rPr>
        <w:t xml:space="preserve">قال: خَطَّ لي رسولُ الله ﷺ دارًا بالمدينةِ بقَوسٍ، وقال: «أَزِيدُكَ، أَزِيدُك».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جوده ﷺ في إقطاع الأرض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