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فتنة الدجال وخروج عيسى بن مريم،وخروج يأجوج ومأجوج-كتاب الفتن-سنن ابن ماجة — رقم الحديث: 4076 — الرقم الفرعي: 99 — الرقم الأصلي: 4076</w:t>
        <w:br/>
      </w:r>
      <w:r>
        <w:rPr>
          <w:rtl w:val="1"/>
        </w:rPr>
        <w:t xml:space="preserve"> حدثنا هشام بن عمار ثنا يحيى بن حمزة ثنا ابن جابر عن يحيى بن جابر الطائيّ حدثنا عبد الرحمن بن جبير بن نفير عن أبيه أنه سمع النّوّاس بن سمعان يقول:قال رسول الله صلى الله عليه وسلم</w:t>
        <w:br/>
      </w:r>
      <w:r>
        <w:rPr>
          <w:color w:val="FF0000"/>
          <w:rtl w:val="1"/>
        </w:rPr>
        <w:t xml:space="preserve">«سيوقِدُ المسلمون من قِسيِّ يأجوجَ ومأجوجَ ونُشَّابِهم وأَتْرِسَتِهِم، سَبعَ سِنين». </w:t>
      </w:r>
    </w:p>
    <w:p>
      <w:pPr>
        <w:bidi w:val="1"/>
        <w:jc w:val="start"/>
      </w:pPr>
      <w:r>
        <w:rPr>
          <w:rtl w:val="1"/>
        </w:rPr>
        <w:t>درجة الحديث: صحيح / صحيح</w:t>
      </w:r>
    </w:p>
    <w:p>
      <w:pPr>
        <w:bidi w:val="1"/>
        <w:jc w:val="start"/>
      </w:pPr>
      <w:r>
        <w:rPr>
          <w:rtl w:val="1"/>
        </w:rPr>
        <w:t>الشرح: الدلالة: الفصل الخامس: خروج يأجوج ومأجوج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