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الأدعية عند النوم-كتاب الدعوات-سنن الترمذي — رقم الحديث: 3398 — الرقم الفرعي: 99 — الرقم الأصلي: 3396</w:t>
        <w:br/>
      </w:r>
      <w:r>
        <w:rPr>
          <w:rtl w:val="1"/>
        </w:rPr>
        <w:t xml:space="preserve"> حدثنا ابن أبي عمر أخبرنا سفيان عن عبد الملك بن عمير عن رِبعيّ بن خِراش عن حذيفة بن اليمان</w:t>
        <w:br/>
      </w:r>
      <w:r>
        <w:rPr>
          <w:color w:val="FF0000"/>
          <w:rtl w:val="1"/>
        </w:rPr>
        <w:t xml:space="preserve">أنَّ النبيَّ ﷺ كَانَ إذا أرَادَ أنْ يَنامَ، وَضعَ يَدهُ تَحْتَ رَأْسهِ، ثُمَّ قال: «اللَّهُمَّ قِني عَذابكَ يَوْمَ تَجْمعُ - أوْ تَبْعثُ – عِبادَكَ». </w:t>
      </w:r>
      <w:r>
        <w:rPr>
          <w:color w:val="000000"/>
          <w:rtl w:val="1"/>
        </w:rPr>
        <w:t xml:space="preserve">هذا حديثٌ حَسَنٌ صحيحٌ.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