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رحمة الولد وتقبيله ومعانقته-كتاب الأدب-صحيح البخاري — رقم الحديث: 5997 — الرقم الفرعي: 99 — الرقم الأصلي: 5997</w:t>
        <w:br/>
      </w:r>
      <w:r>
        <w:rPr>
          <w:rtl w:val="1"/>
        </w:rPr>
        <w:t xml:space="preserve"> حدثنا أبو اليمان أخبرنا شعيب عن الزهريّ حدثنا أبو سلمة بن عبد الرحمن أنّ أبا هريرة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قَبَّلَ رسول الله ﷺ الحسنَ بنَ عليٍّ،  </w:t>
      </w:r>
      <w:r>
        <w:rPr>
          <w:color w:val="FF0000"/>
          <w:rtl w:val="1"/>
        </w:rPr>
        <w:t xml:space="preserve">وعندَه الأقرَعُ بنُ حابسٍ التَّمِيمِيُّ جالسًا، فقال الأقرَعُ: إنَّ لي عَشَرةً منَ الولدِ ما قَبَّلْتُ منهم أحدًا،  </w:t>
      </w:r>
      <w:r>
        <w:rPr>
          <w:color w:val="FF0000"/>
          <w:rtl w:val="1"/>
        </w:rPr>
        <w:t xml:space="preserve">فنَظَرَ إليه رسول الله ﷺ  </w:t>
      </w:r>
      <w:r>
        <w:rPr>
          <w:color w:val="FF0000"/>
          <w:rtl w:val="1"/>
        </w:rPr>
        <w:t xml:space="preserve">ثمَّ قال: «مَن لا يَرحَمُ لا يُرْحَمُ».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رحمة الله تعالى ومغفرته - وجود الله تعالى</w:t>
      </w:r>
    </w:p>
    <w:p>
      <w:pPr>
        <w:bidi w:val="1"/>
        <w:jc w:val="start"/>
      </w:pPr>
      <w:r>
        <w:rPr>
          <w:rtl w:val="1"/>
        </w:rPr>
        <w:t>الشرح: الدلالة: الرفق والحلم والأناة-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الرحمة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احترام الكبير والرحمة بالصغير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ذكر أسماء أسباط النبي صلى الله عليه وسلم - ذكر أسماء آل بيت النبي صلى الله عليه وسلم وذريته وأصهاره</w:t>
      </w:r>
    </w:p>
    <w:p>
      <w:pPr>
        <w:bidi w:val="1"/>
        <w:jc w:val="start"/>
      </w:pPr>
      <w:r>
        <w:rPr>
          <w:rtl w:val="1"/>
        </w:rPr>
        <w:t>الشرح: الدلالة: قيمة رحمة الوالدين بالأبناء، والأبناءِ بالوالدين - قيم الرحمة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مرحلة الطفولة - مراحل النمو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قيمة الرحمة بالنساء والأطفال - قيم الرحمة</w:t>
      </w:r>
    </w:p>
    <w:p>
      <w:pPr>
        <w:bidi w:val="1"/>
        <w:jc w:val="start"/>
      </w:pPr>
      <w:r>
        <w:rPr>
          <w:rtl w:val="1"/>
        </w:rPr>
        <w:t>الشرح: الدلالة: رحمته ﷺ بالصغار - رحمة النبيّ ﷺ وشفقته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