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البُزاق في المسجد-كتاب الصلاة-سنن أبي داود — رقم الحديث: 480 — الرقم الفرعي: 99 — الرقم الأصلي: 480</w:t>
        <w:br/>
      </w:r>
      <w:r>
        <w:rPr>
          <w:rtl w:val="1"/>
        </w:rPr>
        <w:t xml:space="preserve"> حدثنا يحيى بن حبيب بن عربي ثنا خالد ملاحظة يعني ابن الحرث عن محمد بن عجلان عن عياض بن عبد الله عن أبي سعيد الخدريّ</w:t>
        <w:br/>
      </w:r>
      <w:r>
        <w:rPr>
          <w:color w:val="000000"/>
          <w:rtl w:val="1"/>
        </w:rPr>
        <w:t xml:space="preserve">أنّ النّبيَّ ﷺ كان يُحِبُّ العَرَاجِين، ولا يزالُ في يَدِه منها،  </w:t>
      </w:r>
      <w:r>
        <w:rPr>
          <w:color w:val="FF0000"/>
          <w:rtl w:val="1"/>
        </w:rPr>
        <w:t xml:space="preserve">فدخلَ المسجدَ فرأى نُخامةً في قِبْلةِ المَسجد، فحَكَّها،  </w:t>
      </w:r>
      <w:r>
        <w:rPr>
          <w:color w:val="FF0000"/>
          <w:rtl w:val="1"/>
        </w:rPr>
        <w:t xml:space="preserve">ثم أَقبلَ على النّاسِ مُغضَبًا،  </w:t>
      </w:r>
      <w:r>
        <w:rPr>
          <w:color w:val="FF0000"/>
          <w:rtl w:val="1"/>
        </w:rPr>
        <w:t xml:space="preserve">فقال: «أَيسُرُّ أَحَدَكم أن يُبصَقَ في وَجهِه؟ إنَّ أَحدَكُم إذا استَقبَلَ القِبلةَ فإنَّما يَستَقبِلُ رَبَّه عزَّ وجلَّ، والمَلَكُ عن يَمِينِه،  </w:t>
      </w:r>
      <w:r>
        <w:rPr>
          <w:color w:val="FF0000"/>
          <w:rtl w:val="1"/>
        </w:rPr>
        <w:t xml:space="preserve">فلا يَتفُلْ عن يَمِينِه، ولا في قِبلَتِه،  </w:t>
      </w:r>
      <w:r>
        <w:rPr>
          <w:color w:val="000000"/>
          <w:rtl w:val="1"/>
        </w:rPr>
        <w:t xml:space="preserve">وليبصُقْ عن يَسَارِه أو تحت قَدَمِه، فإن عَجِلَ به أَمرٌ فليَقُل هكذا»  </w:t>
      </w:r>
      <w:r>
        <w:rPr>
          <w:color w:val="000000"/>
          <w:rtl w:val="1"/>
        </w:rPr>
        <w:t xml:space="preserve">ووصَفَ لنا ابنُ عَجْلانَ ذلك: أَن يَتفُلَ في ثَوبِه، ثمَّ يَرُدَّ بعضَه على بعضٍ.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ممن أساء إليه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تعظيمه ﷺ للصلاة والمسجد من تعظيمه لله - تعظيم النبيِّ ﷺ لله تعالى ولحرماته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