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يُجزىء من الماء في الوضوء-كتاب الطهارة-سنن أبي داود — رقم الحديث: 92 — الرقم الفرعي: 99 — الرقم الأصلي: 92</w:t>
        <w:br/>
      </w:r>
      <w:r>
        <w:rPr>
          <w:rtl w:val="1"/>
        </w:rPr>
        <w:t xml:space="preserve"> حدثنا محمد بن كثير ثنا همّام عن قتادة عن صفيّة بنت شيبة عن عائشة</w:t>
        <w:br/>
      </w:r>
      <w:r>
        <w:rPr>
          <w:color w:val="FF0000"/>
          <w:rtl w:val="1"/>
        </w:rPr>
        <w:t xml:space="preserve">أنَّ النّبيَّ ﷺ كان يَغتسلُ بالصَّاعِ،  </w:t>
      </w:r>
      <w:r>
        <w:rPr>
          <w:color w:val="FF0000"/>
          <w:rtl w:val="1"/>
        </w:rPr>
        <w:t xml:space="preserve">ويتوضَّأ بالمُدِّ.  </w:t>
      </w:r>
      <w:r>
        <w:rPr>
          <w:color w:val="000000"/>
          <w:rtl w:val="1"/>
        </w:rPr>
        <w:t xml:space="preserve">قال أبو داود: رواه أَبَانُ عن قَتَادة، قال: سمعتُ صفيَّة.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قدر ماء وضوئه ﷺ وغسله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