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السجدة-كتاب تفسير القرآن-سنن الترمذي — رقم الحديث: 3196 — الرقم الفرعي: 99 — الرقم الأصلي: 3194</w:t>
        <w:br/>
      </w:r>
      <w:r>
        <w:rPr>
          <w:rtl w:val="1"/>
        </w:rPr>
        <w:t xml:space="preserve"> حدثنا عبد الله بن أبي زناد حدثنا عبد العزيز بن عبد الله الأُوَيْسيّ عن سليمان بن بلال عن يحيى بن سعيد عن أنس بن مالك</w:t>
        <w:br/>
      </w:r>
      <w:r>
        <w:rPr>
          <w:color w:val="FF0000"/>
          <w:rtl w:val="1"/>
        </w:rPr>
        <w:t xml:space="preserve">أنّ هذه الآية ﴿تَتَجَافَى جُنُوبُهُمْ عَنِ المَضَاجِعِ ﴾ [السجدة: 16]  نزلت في انتظارِ هذه الصلاةِ التي تُدعَى العَتَمَة.  </w:t>
      </w:r>
      <w:r>
        <w:rPr>
          <w:color w:val="000000"/>
          <w:rtl w:val="1"/>
        </w:rPr>
        <w:t xml:space="preserve">هذا حَديثٌ حَسن صَحيح غَريب، لا نَعرِفُه إلَّا من هذا الوجه.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فوائد معرفة اسباب النزول -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